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9102" w14:textId="77777777" w:rsidR="003D3DDD" w:rsidRDefault="00417122">
      <w:pPr>
        <w:pStyle w:val="Title"/>
        <w:jc w:val="center"/>
      </w:pPr>
      <w:r>
        <w:t>CALL FOR SITES - BROWNFIELD LAND</w:t>
      </w:r>
    </w:p>
    <w:p w14:paraId="17D5347D" w14:textId="77777777" w:rsidR="003D3DDD" w:rsidRDefault="00417122">
      <w:pPr>
        <w:jc w:val="center"/>
      </w:pPr>
      <w:r>
        <w:rPr>
          <w:b/>
          <w:color w:val="505050"/>
        </w:rPr>
        <w:t>Housing and Economic Land Availability Assessment (HELAA)</w:t>
      </w:r>
    </w:p>
    <w:tbl>
      <w:tblPr>
        <w:tblW w:w="0" w:type="auto"/>
        <w:jc w:val="center"/>
        <w:tblBorders>
          <w:top w:val="single" w:sz="8" w:space="0" w:color="9ECAE1"/>
          <w:left w:val="single" w:sz="8" w:space="0" w:color="9ECAE1"/>
          <w:bottom w:val="single" w:sz="8" w:space="0" w:color="9ECAE1"/>
          <w:right w:val="single" w:sz="8" w:space="0" w:color="9ECAE1"/>
          <w:insideH w:val="single" w:sz="8" w:space="0" w:color="9ECAE1"/>
          <w:insideV w:val="single" w:sz="8" w:space="0" w:color="9ECAE1"/>
        </w:tblBorders>
        <w:tblLook w:val="04A0" w:firstRow="1" w:lastRow="0" w:firstColumn="1" w:lastColumn="0" w:noHBand="0" w:noVBand="1"/>
      </w:tblPr>
      <w:tblGrid>
        <w:gridCol w:w="10204"/>
      </w:tblGrid>
      <w:tr w:rsidR="003D3DDD" w14:paraId="7C80F6E3" w14:textId="77777777">
        <w:trPr>
          <w:jc w:val="center"/>
        </w:trPr>
        <w:tc>
          <w:tcPr>
            <w:tcW w:w="10224" w:type="dxa"/>
            <w:shd w:val="clear" w:color="auto" w:fill="EAF2F8"/>
            <w:tcMar>
              <w:top w:w="180" w:type="dxa"/>
              <w:left w:w="180" w:type="dxa"/>
              <w:bottom w:w="180" w:type="dxa"/>
              <w:right w:w="180" w:type="dxa"/>
            </w:tcMar>
          </w:tcPr>
          <w:p w14:paraId="3ED160FC" w14:textId="77777777" w:rsidR="003D3DDD" w:rsidRDefault="00417122">
            <w:pPr>
              <w:spacing w:after="0"/>
            </w:pPr>
            <w:r>
              <w:rPr>
                <w:b/>
                <w:color w:val="1F4E79"/>
              </w:rPr>
              <w:t xml:space="preserve">Important information: </w:t>
            </w:r>
            <w:r>
              <w:t>Separate from this form, a map with the site outlined in red and the access shown will need to be submitted to planningpolicy@hyndburnbc.gov.uk.</w:t>
            </w:r>
          </w:p>
        </w:tc>
      </w:tr>
    </w:tbl>
    <w:p w14:paraId="7C1FF41E" w14:textId="77777777" w:rsidR="003D3DDD" w:rsidRDefault="00417122">
      <w:pPr>
        <w:pStyle w:val="Heading1"/>
      </w:pPr>
      <w:r>
        <w:t>Purpose of this form</w:t>
      </w:r>
    </w:p>
    <w:p w14:paraId="588B2A7F" w14:textId="77777777" w:rsidR="003D3DDD" w:rsidRDefault="0D77D84D">
      <w:r>
        <w:t xml:space="preserve">National planning policy requires every Local Planning Authority to assess the amount of land that is available for development in its area. This process is known as the Housing and Economic Land Availability Assessment (HELAA), previously known as the Strategic Housing Land Availability Assessment, or SHLAA. The HELAA forms part of the evidence </w:t>
      </w:r>
      <w:bookmarkStart w:id="0" w:name="_Int_tVrjdM1z"/>
      <w:r>
        <w:t>base</w:t>
      </w:r>
      <w:bookmarkEnd w:id="0"/>
      <w:r>
        <w:t xml:space="preserve"> for Local Plans and their reviews.</w:t>
      </w:r>
    </w:p>
    <w:p w14:paraId="4677C339" w14:textId="77777777" w:rsidR="003D3DDD" w:rsidRDefault="00417122">
      <w:r>
        <w:t>It is important to note that the HELAA does not represent council policy and will not determine whether a site should be allocated in the Local Plan, nor whether it will be granted planning permission.</w:t>
      </w:r>
    </w:p>
    <w:p w14:paraId="248AD9D0" w14:textId="00BF3675" w:rsidR="003D3DDD" w:rsidRDefault="00417122">
      <w:r>
        <w:t>In order to create a HELAA the Council is carrying out a Call for Sites. This is a formal exercise run by local planning authorities to identify land potentially available for development. Local councils use these submissions to build an evidence base for housing, commercial development, and infrastructure to shape their long-term Local Plan.</w:t>
      </w:r>
    </w:p>
    <w:p w14:paraId="280A52DA" w14:textId="15830488" w:rsidR="003D3DDD" w:rsidRDefault="00417122">
      <w:r>
        <w:t>Hyndburn Borough Council is preparing a new Local Plan which will guide future development and land use in the borough. The Council is keen to ensure that it has explored brownfield land (previously developed land) first before turning to land outside of this for development. As part of this process</w:t>
      </w:r>
      <w:r w:rsidR="32314D70">
        <w:t>,</w:t>
      </w:r>
      <w:r>
        <w:t xml:space="preserve"> the Council is seeking brownfield land which has the potential for development over the next 17 years for consideration and assessment as part of the preparation stages of the new Local Plan.</w:t>
      </w:r>
    </w:p>
    <w:p w14:paraId="6BD35E6B" w14:textId="77777777" w:rsidR="003D3DDD" w:rsidRDefault="00417122">
      <w:pPr>
        <w:pStyle w:val="Heading1"/>
      </w:pPr>
      <w:r>
        <w:t>General Data Protection Regulations (GDPR)</w:t>
      </w:r>
    </w:p>
    <w:p w14:paraId="57A6DC34" w14:textId="77777777" w:rsidR="003D3DDD" w:rsidRDefault="00417122">
      <w:r>
        <w:t>Hyndburn Borough Council needs to collect your personal data so that the Council can identify future sources of land for housing and economic development to help meet the District's future development needs. The personal data you provide on this form will be used for the purposes of contacting you in respect of the HELAA, Brownfield Land Register and the Local Plan process.</w:t>
      </w:r>
    </w:p>
    <w:p w14:paraId="452546EE" w14:textId="77777777" w:rsidR="003D3DDD" w:rsidRDefault="00417122">
      <w:r>
        <w:t>All data will be processed in accordance with the GDPR. The Council will keep your data for a period of 10 years. You can at any time ask for your personal data to be removed from the Council's records. Removal of your personal data will mean that the Council cannot put your site forward for consideration in the Local Plan, as it is necessary to be able to contact you with regard to that process and your ability to take part in statutory consultations and the public examination of the Local Plan.</w:t>
      </w:r>
    </w:p>
    <w:p w14:paraId="001FDF18" w14:textId="77777777" w:rsidR="003D3DDD" w:rsidRDefault="00417122">
      <w:r>
        <w:t>When you submit this form, it will not automatically collect your details such as name and email address unless you provide them yourself.</w:t>
      </w:r>
    </w:p>
    <w:p w14:paraId="672A6659" w14:textId="77777777" w:rsidR="003D3DDD" w:rsidRDefault="00417122">
      <w:r>
        <w:br w:type="page"/>
      </w:r>
    </w:p>
    <w:p w14:paraId="0C26F28E" w14:textId="77777777" w:rsidR="003D3DDD" w:rsidRDefault="00417122">
      <w:pPr>
        <w:pStyle w:val="Heading1"/>
      </w:pPr>
      <w:r>
        <w:lastRenderedPageBreak/>
        <w:t>Submission Form</w:t>
      </w:r>
    </w:p>
    <w:p w14:paraId="717790AB" w14:textId="77777777" w:rsidR="003D3DDD" w:rsidRDefault="00417122">
      <w:r>
        <w:rPr>
          <w:b/>
          <w:color w:val="C00000"/>
        </w:rPr>
        <w:t>Required fields are marked with *</w:t>
      </w:r>
    </w:p>
    <w:p w14:paraId="3A835C31" w14:textId="77777777" w:rsidR="003D3DDD" w:rsidRDefault="00417122">
      <w:pPr>
        <w:keepNext/>
      </w:pPr>
      <w:r>
        <w:rPr>
          <w:b/>
          <w:color w:val="1F4E79"/>
        </w:rPr>
        <w:t>1. Please enter your name *</w:t>
      </w:r>
    </w:p>
    <w:p w14:paraId="6285404A" w14:textId="37EE5D61" w:rsidR="003D3DDD" w:rsidRDefault="00417122">
      <w:pPr>
        <w:spacing w:after="60"/>
      </w:pPr>
      <w:r>
        <w:rPr>
          <w:color w:val="828282"/>
        </w:rPr>
        <w:t>____________________________________________________________________________________________</w:t>
      </w:r>
    </w:p>
    <w:p w14:paraId="1178BD0D" w14:textId="77777777" w:rsidR="003D3DDD" w:rsidRDefault="00417122">
      <w:pPr>
        <w:keepNext/>
      </w:pPr>
      <w:r>
        <w:rPr>
          <w:b/>
          <w:color w:val="1F4E79"/>
        </w:rPr>
        <w:t>2. Please enter your Contact Address *</w:t>
      </w:r>
    </w:p>
    <w:p w14:paraId="43055ADA"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p>
    <w:p w14:paraId="536F8393" w14:textId="77777777" w:rsidR="003D3DDD" w:rsidRDefault="00417122">
      <w:pPr>
        <w:keepNext/>
      </w:pPr>
      <w:r>
        <w:rPr>
          <w:b/>
          <w:color w:val="1F4E79"/>
        </w:rPr>
        <w:t>3. Please enter your contact email *</w:t>
      </w:r>
    </w:p>
    <w:p w14:paraId="65CD3ACE" w14:textId="77777777" w:rsidR="003D3DDD" w:rsidRDefault="00417122">
      <w:pPr>
        <w:spacing w:after="60"/>
      </w:pPr>
      <w:r>
        <w:rPr>
          <w:color w:val="828282"/>
        </w:rPr>
        <w:t>____________________________________________________________________________________________</w:t>
      </w:r>
    </w:p>
    <w:p w14:paraId="74F6AE73" w14:textId="77777777" w:rsidR="003D3DDD" w:rsidRDefault="00417122">
      <w:pPr>
        <w:keepNext/>
      </w:pPr>
      <w:r>
        <w:rPr>
          <w:b/>
          <w:color w:val="1F4E79"/>
        </w:rPr>
        <w:t>4. What is the Site Address? *</w:t>
      </w:r>
    </w:p>
    <w:p w14:paraId="6620B298"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p>
    <w:p w14:paraId="1887BBC8" w14:textId="77777777" w:rsidR="003D3DDD" w:rsidRDefault="00417122">
      <w:pPr>
        <w:keepNext/>
      </w:pPr>
      <w:r>
        <w:rPr>
          <w:b/>
          <w:color w:val="1F4E79"/>
        </w:rPr>
        <w:t>5. Set out a site identifier either grid references / what3words *</w:t>
      </w:r>
    </w:p>
    <w:p w14:paraId="596AC203" w14:textId="77777777" w:rsidR="003D3DDD" w:rsidRDefault="00417122">
      <w:pPr>
        <w:spacing w:after="60"/>
      </w:pPr>
      <w:r>
        <w:rPr>
          <w:color w:val="828282"/>
        </w:rPr>
        <w:t>____________________________________________________________________________________________</w:t>
      </w:r>
    </w:p>
    <w:p w14:paraId="16AF631E" w14:textId="77777777" w:rsidR="003D3DDD" w:rsidRDefault="00417122">
      <w:pPr>
        <w:keepNext/>
      </w:pPr>
      <w:r>
        <w:rPr>
          <w:b/>
          <w:color w:val="1F4E79"/>
        </w:rPr>
        <w:t>6. What is the site size in hectares *</w:t>
      </w:r>
    </w:p>
    <w:p w14:paraId="0C66DB88" w14:textId="77777777" w:rsidR="003D3DDD" w:rsidRDefault="00417122">
      <w:pPr>
        <w:spacing w:after="60"/>
      </w:pPr>
      <w:r>
        <w:rPr>
          <w:color w:val="828282"/>
        </w:rPr>
        <w:t>____________________________________________________________________________________________</w:t>
      </w:r>
    </w:p>
    <w:p w14:paraId="4D75F133" w14:textId="77777777" w:rsidR="003D3DDD" w:rsidRDefault="00417122">
      <w:pPr>
        <w:keepNext/>
      </w:pPr>
      <w:r>
        <w:rPr>
          <w:b/>
          <w:color w:val="1F4E79"/>
        </w:rPr>
        <w:t>7. How much of the site is proposed to be used for development (if known to you)</w:t>
      </w:r>
    </w:p>
    <w:p w14:paraId="7AB6129A" w14:textId="77777777" w:rsidR="003D3DDD" w:rsidRDefault="00417122">
      <w:pPr>
        <w:spacing w:after="60"/>
      </w:pPr>
      <w:r>
        <w:rPr>
          <w:color w:val="828282"/>
        </w:rPr>
        <w:t>____________________________________________________________________________________________</w:t>
      </w:r>
    </w:p>
    <w:p w14:paraId="34039184" w14:textId="7D9E2196" w:rsidR="003D3DDD" w:rsidRDefault="0D77D84D">
      <w:pPr>
        <w:keepNext/>
      </w:pPr>
      <w:r w:rsidRPr="0D77D84D">
        <w:rPr>
          <w:b/>
          <w:bCs/>
          <w:color w:val="1F4E79"/>
        </w:rPr>
        <w:t>8. What is your relationship with the site? *</w:t>
      </w:r>
    </w:p>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5112"/>
        <w:gridCol w:w="5112"/>
      </w:tblGrid>
      <w:tr w:rsidR="003D3DDD" w14:paraId="563310EE" w14:textId="77777777" w:rsidTr="0D77D84D">
        <w:tc>
          <w:tcPr>
            <w:tcW w:w="5112" w:type="dxa"/>
            <w:tcMar>
              <w:top w:w="80" w:type="dxa"/>
              <w:left w:w="80" w:type="dxa"/>
              <w:bottom w:w="80" w:type="dxa"/>
              <w:right w:w="80" w:type="dxa"/>
            </w:tcMar>
            <w:vAlign w:val="center"/>
          </w:tcPr>
          <w:p w14:paraId="3EE02EE3" w14:textId="29D13328" w:rsidR="003D3DDD" w:rsidRDefault="02E619D9">
            <w:pPr>
              <w:spacing w:after="0"/>
            </w:pPr>
            <w:r w:rsidRPr="0D77D84D">
              <w:rPr>
                <w:szCs w:val="21"/>
              </w:rPr>
              <w:t>☐ Owner</w:t>
            </w:r>
          </w:p>
        </w:tc>
        <w:tc>
          <w:tcPr>
            <w:tcW w:w="5112" w:type="dxa"/>
            <w:tcMar>
              <w:top w:w="80" w:type="dxa"/>
              <w:left w:w="80" w:type="dxa"/>
              <w:bottom w:w="80" w:type="dxa"/>
              <w:right w:w="80" w:type="dxa"/>
            </w:tcMar>
            <w:vAlign w:val="center"/>
          </w:tcPr>
          <w:p w14:paraId="4D89830A" w14:textId="77777777" w:rsidR="003D3DDD" w:rsidRDefault="0D77D84D" w:rsidP="0D77D84D">
            <w:pPr>
              <w:spacing w:after="0"/>
              <w:rPr>
                <w:szCs w:val="21"/>
              </w:rPr>
            </w:pPr>
            <w:bookmarkStart w:id="1" w:name="_Int_X5JqlLmS"/>
            <w:r w:rsidRPr="0D77D84D">
              <w:rPr>
                <w:szCs w:val="21"/>
              </w:rPr>
              <w:t>☐  Agent</w:t>
            </w:r>
            <w:bookmarkEnd w:id="1"/>
          </w:p>
        </w:tc>
      </w:tr>
      <w:tr w:rsidR="003D3DDD" w14:paraId="652F161C" w14:textId="77777777" w:rsidTr="0D77D84D">
        <w:tc>
          <w:tcPr>
            <w:tcW w:w="5112" w:type="dxa"/>
            <w:tcMar>
              <w:top w:w="80" w:type="dxa"/>
              <w:left w:w="80" w:type="dxa"/>
              <w:bottom w:w="80" w:type="dxa"/>
              <w:right w:w="80" w:type="dxa"/>
            </w:tcMar>
            <w:vAlign w:val="center"/>
          </w:tcPr>
          <w:p w14:paraId="0EB3488B" w14:textId="609E1C37" w:rsidR="003D3DDD" w:rsidRDefault="0B2986F2">
            <w:pPr>
              <w:spacing w:after="0"/>
            </w:pPr>
            <w:r w:rsidRPr="0D77D84D">
              <w:rPr>
                <w:szCs w:val="21"/>
              </w:rPr>
              <w:t>☐ Developer</w:t>
            </w:r>
          </w:p>
        </w:tc>
        <w:tc>
          <w:tcPr>
            <w:tcW w:w="5112" w:type="dxa"/>
            <w:tcMar>
              <w:top w:w="80" w:type="dxa"/>
              <w:left w:w="80" w:type="dxa"/>
              <w:bottom w:w="80" w:type="dxa"/>
              <w:right w:w="80" w:type="dxa"/>
            </w:tcMar>
            <w:vAlign w:val="center"/>
          </w:tcPr>
          <w:p w14:paraId="088E6FFF" w14:textId="2814282A" w:rsidR="003D3DDD" w:rsidRDefault="1CB99E7B">
            <w:pPr>
              <w:spacing w:after="0"/>
            </w:pPr>
            <w:r w:rsidRPr="0D77D84D">
              <w:rPr>
                <w:szCs w:val="21"/>
              </w:rPr>
              <w:t>☐ Other</w:t>
            </w:r>
          </w:p>
          <w:p w14:paraId="1473FAD9" w14:textId="0A6EA92D" w:rsidR="003D3DDD" w:rsidRDefault="003D3DDD" w:rsidP="0D77D84D">
            <w:pPr>
              <w:spacing w:after="0"/>
              <w:rPr>
                <w:szCs w:val="21"/>
              </w:rPr>
            </w:pPr>
          </w:p>
        </w:tc>
      </w:tr>
    </w:tbl>
    <w:p w14:paraId="42EA1DEA" w14:textId="77777777" w:rsidR="003D3DDD" w:rsidRDefault="00417122">
      <w:pPr>
        <w:keepNext/>
      </w:pPr>
      <w:r>
        <w:rPr>
          <w:b/>
          <w:color w:val="1F4E79"/>
        </w:rPr>
        <w:t>9. If you are the Agent or a developer for the site but not the owner, please give the landowner's name and either an address or email</w:t>
      </w:r>
    </w:p>
    <w:p w14:paraId="778F936F"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p>
    <w:p w14:paraId="3C9BE596" w14:textId="77777777" w:rsidR="003D3DDD" w:rsidRDefault="00417122">
      <w:pPr>
        <w:keepNext/>
      </w:pPr>
      <w:r>
        <w:rPr>
          <w:b/>
          <w:color w:val="1F4E79"/>
        </w:rPr>
        <w:t>10. Has the site ever had planning permission or have you ever had discussions with the Council about obtaining planning permission on the site? Please set out the details.</w:t>
      </w:r>
    </w:p>
    <w:p w14:paraId="7703089E"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p>
    <w:p w14:paraId="483E8C84" w14:textId="77777777" w:rsidR="003D3DDD" w:rsidRDefault="00417122">
      <w:pPr>
        <w:keepNext/>
      </w:pPr>
      <w:r>
        <w:rPr>
          <w:b/>
          <w:color w:val="1F4E79"/>
        </w:rPr>
        <w:t>11. What is the present use of the land? *</w:t>
      </w:r>
    </w:p>
    <w:p w14:paraId="0E6AA8F5"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p>
    <w:p w14:paraId="78388A46" w14:textId="77777777" w:rsidR="003D3DDD" w:rsidRDefault="00417122">
      <w:pPr>
        <w:keepNext/>
      </w:pPr>
      <w:r>
        <w:rPr>
          <w:b/>
          <w:color w:val="1F4E79"/>
        </w:rPr>
        <w:lastRenderedPageBreak/>
        <w:t>12. If the land is presently unused/vacant/empty, what were the past uses of the land?</w:t>
      </w:r>
    </w:p>
    <w:p w14:paraId="39EE4A6A"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p>
    <w:p w14:paraId="52542666" w14:textId="77777777" w:rsidR="003D3DDD" w:rsidRDefault="00417122">
      <w:pPr>
        <w:keepNext/>
      </w:pPr>
      <w:r>
        <w:rPr>
          <w:b/>
          <w:color w:val="1F4E79"/>
        </w:rPr>
        <w:t>13. How is the site going to be accessed by vehicles? *</w:t>
      </w:r>
    </w:p>
    <w:p w14:paraId="0FC1E6AB"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p>
    <w:p w14:paraId="0CE15276" w14:textId="77777777" w:rsidR="003D3DDD" w:rsidRDefault="00417122">
      <w:pPr>
        <w:keepNext/>
      </w:pPr>
      <w:r>
        <w:rPr>
          <w:b/>
          <w:color w:val="1F4E79"/>
        </w:rPr>
        <w:t>14. Do you know of any potential constraints to developing the site? Examples include flood risk, heritage impacts, biodiversity, power lines, utilities in close proximity, location, etc.</w:t>
      </w:r>
    </w:p>
    <w:p w14:paraId="321BAE4C"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p>
    <w:p w14:paraId="06A08DC9" w14:textId="77777777" w:rsidR="003D3DDD" w:rsidRDefault="00417122">
      <w:pPr>
        <w:keepNext/>
      </w:pPr>
      <w:r>
        <w:rPr>
          <w:b/>
          <w:color w:val="1F4E79"/>
        </w:rPr>
        <w:t>15. Would you like the Council to consider any of the following for the land?</w:t>
      </w:r>
    </w:p>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5112"/>
        <w:gridCol w:w="5112"/>
      </w:tblGrid>
      <w:tr w:rsidR="003D3DDD" w14:paraId="1A842A81" w14:textId="77777777">
        <w:tc>
          <w:tcPr>
            <w:tcW w:w="5112" w:type="dxa"/>
            <w:tcMar>
              <w:top w:w="80" w:type="dxa"/>
              <w:left w:w="80" w:type="dxa"/>
              <w:bottom w:w="80" w:type="dxa"/>
              <w:right w:w="80" w:type="dxa"/>
            </w:tcMar>
            <w:vAlign w:val="center"/>
          </w:tcPr>
          <w:p w14:paraId="0702DBE5" w14:textId="77777777" w:rsidR="003D3DDD" w:rsidRDefault="00417122">
            <w:pPr>
              <w:spacing w:after="0"/>
            </w:pPr>
            <w:r>
              <w:t>☐  Putting the Land on the Brownfield Land Register</w:t>
            </w:r>
          </w:p>
        </w:tc>
        <w:tc>
          <w:tcPr>
            <w:tcW w:w="5112" w:type="dxa"/>
            <w:tcMar>
              <w:top w:w="80" w:type="dxa"/>
              <w:left w:w="80" w:type="dxa"/>
              <w:bottom w:w="80" w:type="dxa"/>
              <w:right w:w="80" w:type="dxa"/>
            </w:tcMar>
            <w:vAlign w:val="center"/>
          </w:tcPr>
          <w:p w14:paraId="2943325D" w14:textId="77777777" w:rsidR="003D3DDD" w:rsidRDefault="00417122">
            <w:pPr>
              <w:spacing w:after="0"/>
            </w:pPr>
            <w:r>
              <w:t>☐  Allocating the site in the emerging Local Plan</w:t>
            </w:r>
          </w:p>
        </w:tc>
      </w:tr>
    </w:tbl>
    <w:p w14:paraId="5048C13E" w14:textId="77777777" w:rsidR="003D3DDD" w:rsidRDefault="00417122">
      <w:pPr>
        <w:keepNext/>
      </w:pPr>
      <w:r>
        <w:rPr>
          <w:b/>
          <w:color w:val="1F4E79"/>
        </w:rPr>
        <w:t>16. What use do you want the Council to consider for the site?</w:t>
      </w:r>
    </w:p>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5112"/>
        <w:gridCol w:w="5112"/>
      </w:tblGrid>
      <w:tr w:rsidR="003D3DDD" w14:paraId="51347AA0" w14:textId="77777777" w:rsidTr="0D77D84D">
        <w:tc>
          <w:tcPr>
            <w:tcW w:w="5112" w:type="dxa"/>
            <w:tcMar>
              <w:top w:w="80" w:type="dxa"/>
              <w:left w:w="80" w:type="dxa"/>
              <w:bottom w:w="80" w:type="dxa"/>
              <w:right w:w="80" w:type="dxa"/>
            </w:tcMar>
            <w:vAlign w:val="center"/>
          </w:tcPr>
          <w:p w14:paraId="57184C42" w14:textId="77777777" w:rsidR="003D3DDD" w:rsidRDefault="00417122">
            <w:pPr>
              <w:spacing w:after="0"/>
            </w:pPr>
            <w:r>
              <w:t>☐  Housing</w:t>
            </w:r>
          </w:p>
        </w:tc>
        <w:tc>
          <w:tcPr>
            <w:tcW w:w="5112" w:type="dxa"/>
            <w:tcMar>
              <w:top w:w="80" w:type="dxa"/>
              <w:left w:w="80" w:type="dxa"/>
              <w:bottom w:w="80" w:type="dxa"/>
              <w:right w:w="80" w:type="dxa"/>
            </w:tcMar>
            <w:vAlign w:val="center"/>
          </w:tcPr>
          <w:p w14:paraId="4F7F2DEC" w14:textId="77777777" w:rsidR="003D3DDD" w:rsidRDefault="00417122">
            <w:pPr>
              <w:spacing w:after="0"/>
            </w:pPr>
            <w:r>
              <w:t>☐  Gypsy and Traveller Site</w:t>
            </w:r>
          </w:p>
        </w:tc>
      </w:tr>
      <w:tr w:rsidR="003D3DDD" w14:paraId="18A31C3E" w14:textId="77777777" w:rsidTr="0D77D84D">
        <w:tc>
          <w:tcPr>
            <w:tcW w:w="5112" w:type="dxa"/>
            <w:tcMar>
              <w:top w:w="80" w:type="dxa"/>
              <w:left w:w="80" w:type="dxa"/>
              <w:bottom w:w="80" w:type="dxa"/>
              <w:right w:w="80" w:type="dxa"/>
            </w:tcMar>
            <w:vAlign w:val="center"/>
          </w:tcPr>
          <w:p w14:paraId="5932DCA7" w14:textId="77777777" w:rsidR="003D3DDD" w:rsidRDefault="00417122">
            <w:pPr>
              <w:spacing w:after="0"/>
            </w:pPr>
            <w:r>
              <w:t>☐  Housing and Employment</w:t>
            </w:r>
          </w:p>
        </w:tc>
        <w:tc>
          <w:tcPr>
            <w:tcW w:w="5112" w:type="dxa"/>
            <w:tcMar>
              <w:top w:w="80" w:type="dxa"/>
              <w:left w:w="80" w:type="dxa"/>
              <w:bottom w:w="80" w:type="dxa"/>
              <w:right w:w="80" w:type="dxa"/>
            </w:tcMar>
            <w:vAlign w:val="center"/>
          </w:tcPr>
          <w:p w14:paraId="40D60FC1" w14:textId="77777777" w:rsidR="003D3DDD" w:rsidRDefault="00417122">
            <w:pPr>
              <w:spacing w:after="0"/>
            </w:pPr>
            <w:r>
              <w:t>☐  Housing Employment and Leisure</w:t>
            </w:r>
          </w:p>
        </w:tc>
      </w:tr>
      <w:tr w:rsidR="003D3DDD" w14:paraId="51538478" w14:textId="77777777" w:rsidTr="0D77D84D">
        <w:tc>
          <w:tcPr>
            <w:tcW w:w="5112" w:type="dxa"/>
            <w:tcMar>
              <w:top w:w="80" w:type="dxa"/>
              <w:left w:w="80" w:type="dxa"/>
              <w:bottom w:w="80" w:type="dxa"/>
              <w:right w:w="80" w:type="dxa"/>
            </w:tcMar>
            <w:vAlign w:val="center"/>
          </w:tcPr>
          <w:p w14:paraId="0B5AAE2D" w14:textId="77777777" w:rsidR="003D3DDD" w:rsidRDefault="00417122">
            <w:pPr>
              <w:spacing w:after="0"/>
            </w:pPr>
            <w:r>
              <w:t>☐  Employment</w:t>
            </w:r>
          </w:p>
        </w:tc>
        <w:tc>
          <w:tcPr>
            <w:tcW w:w="5112" w:type="dxa"/>
            <w:tcMar>
              <w:top w:w="80" w:type="dxa"/>
              <w:left w:w="80" w:type="dxa"/>
              <w:bottom w:w="80" w:type="dxa"/>
              <w:right w:w="80" w:type="dxa"/>
            </w:tcMar>
            <w:vAlign w:val="center"/>
          </w:tcPr>
          <w:p w14:paraId="765027DE" w14:textId="77777777" w:rsidR="003D3DDD" w:rsidRDefault="00417122">
            <w:pPr>
              <w:spacing w:after="0"/>
            </w:pPr>
            <w:r>
              <w:t>☐  Leisure</w:t>
            </w:r>
          </w:p>
        </w:tc>
      </w:tr>
      <w:tr w:rsidR="003D3DDD" w14:paraId="659C388B" w14:textId="77777777" w:rsidTr="0D77D84D">
        <w:tc>
          <w:tcPr>
            <w:tcW w:w="5112" w:type="dxa"/>
            <w:tcMar>
              <w:top w:w="80" w:type="dxa"/>
              <w:left w:w="80" w:type="dxa"/>
              <w:bottom w:w="80" w:type="dxa"/>
              <w:right w:w="80" w:type="dxa"/>
            </w:tcMar>
            <w:vAlign w:val="center"/>
          </w:tcPr>
          <w:p w14:paraId="0BC83758" w14:textId="77777777" w:rsidR="003D3DDD" w:rsidRDefault="00417122">
            <w:pPr>
              <w:spacing w:after="0"/>
            </w:pPr>
            <w:r>
              <w:t>☐  Open Space</w:t>
            </w:r>
          </w:p>
        </w:tc>
        <w:tc>
          <w:tcPr>
            <w:tcW w:w="5112" w:type="dxa"/>
            <w:tcMar>
              <w:top w:w="80" w:type="dxa"/>
              <w:left w:w="80" w:type="dxa"/>
              <w:bottom w:w="80" w:type="dxa"/>
              <w:right w:w="80" w:type="dxa"/>
            </w:tcMar>
            <w:vAlign w:val="center"/>
          </w:tcPr>
          <w:p w14:paraId="5451CF57" w14:textId="77777777" w:rsidR="003D3DDD" w:rsidRDefault="00417122">
            <w:pPr>
              <w:spacing w:after="0"/>
            </w:pPr>
            <w:r>
              <w:t>☐  Other</w:t>
            </w:r>
          </w:p>
        </w:tc>
      </w:tr>
    </w:tbl>
    <w:p w14:paraId="78910424" w14:textId="1A0E7962" w:rsidR="0D77D84D" w:rsidRDefault="18B6F05E" w:rsidP="0D77D84D">
      <w:pPr>
        <w:keepNext/>
      </w:pPr>
      <w:r w:rsidRPr="4E9F1F0D">
        <w:rPr>
          <w:b/>
          <w:bCs/>
          <w:color w:val="1F4E79"/>
        </w:rPr>
        <w:t>If Other what use do you want the Council to consider for the site?.............................................................................................................................................................................................................................................................................................................................</w:t>
      </w:r>
    </w:p>
    <w:p w14:paraId="4332CB34" w14:textId="77777777" w:rsidR="003D3DDD" w:rsidRDefault="00417122">
      <w:pPr>
        <w:keepNext/>
      </w:pPr>
      <w:r>
        <w:rPr>
          <w:b/>
          <w:color w:val="1F4E79"/>
        </w:rPr>
        <w:t>17. Please set out the potential scale of development of the site, for example number of houses or amount of employment land to be developed.</w:t>
      </w:r>
    </w:p>
    <w:p w14:paraId="312F3B0A"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p>
    <w:p w14:paraId="2153DD70" w14:textId="77777777" w:rsidR="003D3DDD" w:rsidRDefault="00417122">
      <w:pPr>
        <w:keepNext/>
      </w:pPr>
      <w:r>
        <w:rPr>
          <w:b/>
          <w:color w:val="1F4E79"/>
        </w:rPr>
        <w:t>18. Approximately when do you believe a planning application will be submitted to develop the site?</w:t>
      </w:r>
    </w:p>
    <w:p w14:paraId="2FE64DB3" w14:textId="77777777" w:rsidR="003D3DDD" w:rsidRDefault="00417122">
      <w:pPr>
        <w:spacing w:after="160"/>
      </w:pPr>
      <w:r>
        <w:t>Date (dd/MM/yyyy):  ____ / ____ / ________</w:t>
      </w:r>
    </w:p>
    <w:p w14:paraId="11B187FF" w14:textId="77777777" w:rsidR="003D3DDD" w:rsidRDefault="00417122">
      <w:pPr>
        <w:keepNext/>
      </w:pPr>
      <w:r>
        <w:rPr>
          <w:b/>
          <w:color w:val="1F4E79"/>
        </w:rPr>
        <w:t>19. Approximately when do you believe the site will start being developed?</w:t>
      </w:r>
    </w:p>
    <w:p w14:paraId="600C9BCF" w14:textId="77777777" w:rsidR="003D3DDD" w:rsidRDefault="00417122">
      <w:pPr>
        <w:spacing w:after="160"/>
      </w:pPr>
      <w:r>
        <w:t>Date (dd/MM/yyyy):  ____ / ____ / ________</w:t>
      </w:r>
    </w:p>
    <w:p w14:paraId="3C20C5BA" w14:textId="77777777" w:rsidR="003D3DDD" w:rsidRDefault="00417122">
      <w:pPr>
        <w:keepNext/>
      </w:pPr>
      <w:r>
        <w:rPr>
          <w:b/>
          <w:color w:val="1F4E79"/>
        </w:rPr>
        <w:t>20. What evidence have you got that development will come forward on the site? For example, promoter or developer on board, land up for sale, land being sold, etc.</w:t>
      </w:r>
    </w:p>
    <w:p w14:paraId="7E3E7BF7" w14:textId="77777777" w:rsidR="003D3DDD" w:rsidRDefault="00417122">
      <w:pPr>
        <w:spacing w:after="60"/>
      </w:pP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r>
        <w:br/>
      </w:r>
      <w:r>
        <w:rPr>
          <w:color w:val="828282"/>
        </w:rPr>
        <w:t>____________________________________________________________________________________________</w:t>
      </w:r>
    </w:p>
    <w:tbl>
      <w:tblPr>
        <w:tblW w:w="0" w:type="auto"/>
        <w:tblBorders>
          <w:top w:val="single" w:sz="8" w:space="0" w:color="D9E2EC"/>
          <w:left w:val="single" w:sz="8" w:space="0" w:color="D9E2EC"/>
          <w:bottom w:val="single" w:sz="8" w:space="0" w:color="D9E2EC"/>
          <w:right w:val="single" w:sz="8" w:space="0" w:color="D9E2EC"/>
          <w:insideH w:val="single" w:sz="8" w:space="0" w:color="D9E2EC"/>
          <w:insideV w:val="single" w:sz="8" w:space="0" w:color="D9E2EC"/>
        </w:tblBorders>
        <w:tblLook w:val="04A0" w:firstRow="1" w:lastRow="0" w:firstColumn="1" w:lastColumn="0" w:noHBand="0" w:noVBand="1"/>
      </w:tblPr>
      <w:tblGrid>
        <w:gridCol w:w="10204"/>
      </w:tblGrid>
      <w:tr w:rsidR="003D3DDD" w14:paraId="498563C9" w14:textId="77777777">
        <w:tc>
          <w:tcPr>
            <w:tcW w:w="10224" w:type="dxa"/>
            <w:shd w:val="clear" w:color="auto" w:fill="F7F9FB"/>
            <w:tcMar>
              <w:top w:w="160" w:type="dxa"/>
              <w:left w:w="180" w:type="dxa"/>
              <w:bottom w:w="160" w:type="dxa"/>
              <w:right w:w="180" w:type="dxa"/>
            </w:tcMar>
          </w:tcPr>
          <w:p w14:paraId="2B9D87F0" w14:textId="77777777" w:rsidR="003D3DDD" w:rsidRDefault="00417122">
            <w:r>
              <w:rPr>
                <w:b/>
              </w:rPr>
              <w:lastRenderedPageBreak/>
              <w:t xml:space="preserve">Submission reminder: </w:t>
            </w:r>
            <w:r>
              <w:t>Please ensure the site plan is submitted separately with the site outlined in red and access shown.</w:t>
            </w:r>
          </w:p>
        </w:tc>
      </w:tr>
    </w:tbl>
    <w:p w14:paraId="14201023" w14:textId="77777777" w:rsidR="00417122" w:rsidRDefault="00417122"/>
    <w:sectPr w:rsidR="00417122" w:rsidSect="00034616">
      <w:headerReference w:type="default" r:id="rId11"/>
      <w:footerReference w:type="default" r:id="rId12"/>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56740" w14:textId="77777777" w:rsidR="00DF7FBA" w:rsidRDefault="00DF7FBA">
      <w:pPr>
        <w:spacing w:after="0" w:line="240" w:lineRule="auto"/>
      </w:pPr>
      <w:r>
        <w:separator/>
      </w:r>
    </w:p>
  </w:endnote>
  <w:endnote w:type="continuationSeparator" w:id="0">
    <w:p w14:paraId="505DBBED" w14:textId="77777777" w:rsidR="00DF7FBA" w:rsidRDefault="00DF7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043B" w14:textId="2386BDB0" w:rsidR="003D3DDD" w:rsidRDefault="003D3DDD" w:rsidP="0D77D84D">
    <w:pPr>
      <w:pStyle w:val="Footer"/>
      <w:jc w:val="center"/>
      <w:rPr>
        <w:color w:val="64646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06A3C" w14:textId="77777777" w:rsidR="00DF7FBA" w:rsidRDefault="00DF7FBA">
      <w:pPr>
        <w:spacing w:after="0" w:line="240" w:lineRule="auto"/>
      </w:pPr>
      <w:r>
        <w:separator/>
      </w:r>
    </w:p>
  </w:footnote>
  <w:footnote w:type="continuationSeparator" w:id="0">
    <w:p w14:paraId="1EC78779" w14:textId="77777777" w:rsidR="00DF7FBA" w:rsidRDefault="00DF7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7E7C" w14:textId="77777777" w:rsidR="003D3DDD" w:rsidRDefault="00417122">
    <w:pPr>
      <w:pStyle w:val="Header"/>
      <w:jc w:val="right"/>
    </w:pPr>
    <w:r>
      <w:rPr>
        <w:color w:val="646464"/>
        <w:sz w:val="16"/>
      </w:rPr>
      <w:t>Hyndburn Borough Council | Call for Sites - Brownfield Land</w:t>
    </w:r>
  </w:p>
</w:hdr>
</file>

<file path=word/intelligence2.xml><?xml version="1.0" encoding="utf-8"?>
<int2:intelligence xmlns:int2="http://schemas.microsoft.com/office/intelligence/2020/intelligence" xmlns:oel="http://schemas.microsoft.com/office/2019/extlst">
  <int2:observations>
    <int2:bookmark int2:bookmarkName="_Int_X5JqlLmS" int2:invalidationBookmarkName="" int2:hashCode="892lYxaKzQunmM" int2:id="1BkRa0v4">
      <int2:state int2:value="Rejected" int2:type="gram"/>
    </int2:bookmark>
    <int2:bookmark int2:bookmarkName="_Int_tVrjdM1z" int2:invalidationBookmarkName="" int2:hashCode="FAXfZsviGbC/Y1" int2:id="QWG2AIx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1123393">
    <w:abstractNumId w:val="8"/>
  </w:num>
  <w:num w:numId="2" w16cid:durableId="505557831">
    <w:abstractNumId w:val="6"/>
  </w:num>
  <w:num w:numId="3" w16cid:durableId="904684126">
    <w:abstractNumId w:val="5"/>
  </w:num>
  <w:num w:numId="4" w16cid:durableId="1861163051">
    <w:abstractNumId w:val="4"/>
  </w:num>
  <w:num w:numId="5" w16cid:durableId="1771579246">
    <w:abstractNumId w:val="7"/>
  </w:num>
  <w:num w:numId="6" w16cid:durableId="1823738651">
    <w:abstractNumId w:val="3"/>
  </w:num>
  <w:num w:numId="7" w16cid:durableId="9071193">
    <w:abstractNumId w:val="2"/>
  </w:num>
  <w:num w:numId="8" w16cid:durableId="1949316416">
    <w:abstractNumId w:val="1"/>
  </w:num>
  <w:num w:numId="9" w16cid:durableId="1944871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D3DDD"/>
    <w:rsid w:val="00417122"/>
    <w:rsid w:val="004A66CE"/>
    <w:rsid w:val="00612370"/>
    <w:rsid w:val="007446A1"/>
    <w:rsid w:val="00954D22"/>
    <w:rsid w:val="00AA1D8D"/>
    <w:rsid w:val="00B47730"/>
    <w:rsid w:val="00CB0664"/>
    <w:rsid w:val="00CE57D6"/>
    <w:rsid w:val="00DF7FBA"/>
    <w:rsid w:val="00E6498C"/>
    <w:rsid w:val="00FC693F"/>
    <w:rsid w:val="02E619D9"/>
    <w:rsid w:val="0B2986F2"/>
    <w:rsid w:val="0D77D84D"/>
    <w:rsid w:val="123DDAE6"/>
    <w:rsid w:val="18B6F05E"/>
    <w:rsid w:val="1CB99E7B"/>
    <w:rsid w:val="32314D70"/>
    <w:rsid w:val="3BB878B5"/>
    <w:rsid w:val="4E9F1F0D"/>
    <w:rsid w:val="7F875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7B8809A-73E1-419B-8D7C-6EFE39D9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FC3E69D9117545AD7CA26764C06D03" ma:contentTypeVersion="13" ma:contentTypeDescription="Create a new document." ma:contentTypeScope="" ma:versionID="d8b3f9da5be0cbe3b872eb6b5b689435">
  <xsd:schema xmlns:xsd="http://www.w3.org/2001/XMLSchema" xmlns:xs="http://www.w3.org/2001/XMLSchema" xmlns:p="http://schemas.microsoft.com/office/2006/metadata/properties" xmlns:ns2="a0f18f36-a95f-4b08-b984-954d1cec2a14" xmlns:ns3="85f33121-1c9c-4c39-8784-d3307092a748" targetNamespace="http://schemas.microsoft.com/office/2006/metadata/properties" ma:root="true" ma:fieldsID="e481583e8a0b8117a5880d30487e4503" ns2:_="" ns3:_="">
    <xsd:import namespace="a0f18f36-a95f-4b08-b984-954d1cec2a14"/>
    <xsd:import namespace="85f33121-1c9c-4c39-8784-d3307092a7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Please_x0020_enter_x0020_your_x0020_name"/>
                <xsd:element ref="ns2:Please_x0020_provide_x0020_a_x0020_contact_x0020_email_x0020_address"/>
                <xsd:element ref="ns2:_x0020_If_x0020_you_x0020_represent_x0020_an_x0020_organisation_x0020__x002d__x0020_what_x0020_is_x0020_the_x0020_name_x0020_of_x0020_the_x0020_organisatio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18f36-a95f-4b08-b984-954d1cec2a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ec73bc-d282-41c5-b914-b902903e33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Please_x0020_enter_x0020_your_x0020_name" ma:index="18" ma:displayName="Please enter your name" ma:internalName="Please_x0020_enter_x0020_your_x0020_name">
      <xsd:simpleType>
        <xsd:restriction base="dms:Text"/>
      </xsd:simpleType>
    </xsd:element>
    <xsd:element name="Please_x0020_provide_x0020_a_x0020_contact_x0020_email_x0020_address" ma:index="19" ma:displayName="Please provide a contact email address" ma:internalName="Please_x0020_provide_x0020_a_x0020_contact_x0020_email_x0020_address">
      <xsd:simpleType>
        <xsd:restriction base="dms:Note">
          <xsd:maxLength value="255"/>
        </xsd:restriction>
      </xsd:simpleType>
    </xsd:element>
    <xsd:element name="_x0020_If_x0020_you_x0020_represent_x0020_an_x0020_organisation_x0020__x002d__x0020_what_x0020_is_x0020_the_x0020_name_x0020_of_x0020_the_x0020_organisation_x003f_" ma:index="20" nillable="true" ma:displayName=" If you represent an organisation - what is the name of the organisation?" ma:internalName="_x0020_If_x0020_you_x0020_represent_x0020_an_x0020_organisation_x0020__x002d__x0020_what_x0020_is_x0020_the_x0020_name_x0020_of_x0020_the_x0020_organisation_x003f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f33121-1c9c-4c39-8784-d3307092a7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0bcd2c-2734-4341-9b58-5ed06add7815}" ma:internalName="TaxCatchAll" ma:showField="CatchAllData" ma:web="85f33121-1c9c-4c39-8784-d3307092a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lease_x0020_provide_x0020_a_x0020_contact_x0020_email_x0020_address xmlns="a0f18f36-a95f-4b08-b984-954d1cec2a14">planningpolicy@hyndburn.gov.uk</Please_x0020_provide_x0020_a_x0020_contact_x0020_email_x0020_address>
    <Please_x0020_enter_x0020_your_x0020_name xmlns="a0f18f36-a95f-4b08-b984-954d1cec2a14">Anne Shorland</Please_x0020_enter_x0020_your_x0020_name>
    <lcf76f155ced4ddcb4097134ff3c332f xmlns="a0f18f36-a95f-4b08-b984-954d1cec2a14">
      <Terms xmlns="http://schemas.microsoft.com/office/infopath/2007/PartnerControls"/>
    </lcf76f155ced4ddcb4097134ff3c332f>
    <TaxCatchAll xmlns="85f33121-1c9c-4c39-8784-d3307092a748" xsi:nil="true"/>
    <_x0020_If_x0020_you_x0020_represent_x0020_an_x0020_organisation_x0020__x002d__x0020_what_x0020_is_x0020_the_x0020_name_x0020_of_x0020_the_x0020_organisation_x003f_ xmlns="a0f18f36-a95f-4b08-b984-954d1cec2a14">Hyndburn Borough Council</_x0020_If_x0020_you_x0020_represent_x0020_an_x0020_organisation_x0020__x002d__x0020_what_x0020_is_x0020_the_x0020_name_x0020_of_x0020_the_x0020_organisation_x003f_>
  </documentManagement>
</p:properties>
</file>

<file path=customXml/itemProps1.xml><?xml version="1.0" encoding="utf-8"?>
<ds:datastoreItem xmlns:ds="http://schemas.openxmlformats.org/officeDocument/2006/customXml" ds:itemID="{C690946B-1280-4B5B-9DE4-AEEBE4F4F025}">
  <ds:schemaRefs>
    <ds:schemaRef ds:uri="http://schemas.microsoft.com/sharepoint/v3/contenttype/forms"/>
  </ds:schemaRefs>
</ds:datastoreItem>
</file>

<file path=customXml/itemProps2.xml><?xml version="1.0" encoding="utf-8"?>
<ds:datastoreItem xmlns:ds="http://schemas.openxmlformats.org/officeDocument/2006/customXml" ds:itemID="{E1073864-63D8-44ED-99C5-85592A004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18f36-a95f-4b08-b984-954d1cec2a14"/>
    <ds:schemaRef ds:uri="85f33121-1c9c-4c39-8784-d3307092a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B1CA7FBB-2EC0-4A9E-AB14-FAAEF8C71127}">
  <ds:schemaRefs>
    <ds:schemaRef ds:uri="http://schemas.microsoft.com/office/2006/metadata/properties"/>
    <ds:schemaRef ds:uri="http://schemas.microsoft.com/office/infopath/2007/PartnerControls"/>
    <ds:schemaRef ds:uri="a0f18f36-a95f-4b08-b984-954d1cec2a14"/>
    <ds:schemaRef ds:uri="85f33121-1c9c-4c39-8784-d3307092a7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1330</Words>
  <Characters>7587</Characters>
  <Application>Microsoft Office Word</Application>
  <DocSecurity>0</DocSecurity>
  <Lines>63</Lines>
  <Paragraphs>17</Paragraphs>
  <ScaleCrop>false</ScaleCrop>
  <Manager/>
  <Company/>
  <LinksUpToDate>false</LinksUpToDate>
  <CharactersWithSpaces>8900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Sites - Brownfield Land</dc:title>
  <dc:subject/>
  <dc:creator>Anne Shorland</dc:creator>
  <cp:keywords/>
  <dc:description>generated by python-docx</dc:description>
  <cp:lastModifiedBy>Anne Shorland</cp:lastModifiedBy>
  <cp:revision>2</cp:revision>
  <dcterms:created xsi:type="dcterms:W3CDTF">2026-08-10T06:52:00Z</dcterms:created>
  <dcterms:modified xsi:type="dcterms:W3CDTF">2026-08-10T06:52:00Z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0x010100EFFC3E69D9117545AD7CA26764C06D03</vt:lpwstr>
  </property>
  <property fmtid="{D5CDD505-2E9C-101B-9397-08002B2CF9AE}" pid="3" name="MediaServiceImageTags">
    <vt:lpwstr/>
  </property>
  <property fmtid="{D5CDD505-2E9C-101B-9397-08002B2CF9AE}" pid="4" name="If you represent an organisation - what is the name of the organisation?">
    <vt:lpwstr>Hyndburn Borough Council</vt:lpwstr>
  </property>
</Properties>
</file>